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51E353" w14:textId="77777777" w:rsidR="00086061" w:rsidRDefault="00000000">
      <w:pPr>
        <w:pStyle w:val="Title"/>
        <w:jc w:val="center"/>
      </w:pPr>
      <w:r w:rsidRPr="003955AC">
        <w:rPr>
          <w:color w:val="EE0000"/>
        </w:rPr>
        <w:t>COMPANY</w:t>
      </w:r>
      <w:r>
        <w:t xml:space="preserve"> - COSHH ASSESSMENT</w:t>
      </w:r>
    </w:p>
    <w:p w14:paraId="348ACC3B" w14:textId="77777777" w:rsidR="00086061" w:rsidRDefault="00000000">
      <w:pPr>
        <w:jc w:val="center"/>
      </w:pPr>
      <w:r>
        <w:rPr>
          <w:b/>
          <w:color w:val="5C3566"/>
          <w:sz w:val="26"/>
        </w:rPr>
        <w:t>SPRAYED HERBICIDE (GENERIC)</w:t>
      </w:r>
    </w:p>
    <w:tbl>
      <w:tblPr>
        <w:tblStyle w:val="TableGrid"/>
        <w:tblW w:w="0" w:type="auto"/>
        <w:jc w:val="center"/>
        <w:tblLayout w:type="fixed"/>
        <w:tblLook w:val="04A0" w:firstRow="1" w:lastRow="0" w:firstColumn="1" w:lastColumn="0" w:noHBand="0" w:noVBand="1"/>
      </w:tblPr>
      <w:tblGrid>
        <w:gridCol w:w="5329"/>
        <w:gridCol w:w="5329"/>
      </w:tblGrid>
      <w:tr w:rsidR="00086061" w14:paraId="2BBA6EFA" w14:textId="77777777">
        <w:trPr>
          <w:cantSplit/>
          <w:jc w:val="center"/>
        </w:trPr>
        <w:tc>
          <w:tcPr>
            <w:tcW w:w="5329" w:type="dxa"/>
            <w:shd w:val="clear" w:color="auto" w:fill="6B4E8E"/>
            <w:vAlign w:val="center"/>
          </w:tcPr>
          <w:p w14:paraId="4BC9CE8C" w14:textId="77777777" w:rsidR="00086061" w:rsidRDefault="00000000">
            <w:r>
              <w:rPr>
                <w:b/>
                <w:color w:val="FFFFFF"/>
                <w:sz w:val="16"/>
              </w:rPr>
              <w:t>Assessment status</w:t>
            </w:r>
          </w:p>
        </w:tc>
        <w:tc>
          <w:tcPr>
            <w:tcW w:w="5329" w:type="dxa"/>
            <w:shd w:val="clear" w:color="auto" w:fill="6B4E8E"/>
            <w:vAlign w:val="center"/>
          </w:tcPr>
          <w:p w14:paraId="1805A5E8" w14:textId="77777777" w:rsidR="00086061" w:rsidRDefault="00000000">
            <w:r>
              <w:rPr>
                <w:b/>
                <w:color w:val="FFFFFF"/>
                <w:sz w:val="16"/>
              </w:rPr>
              <w:t>Document control</w:t>
            </w:r>
          </w:p>
        </w:tc>
      </w:tr>
      <w:tr w:rsidR="00086061" w14:paraId="544CD838" w14:textId="77777777">
        <w:trPr>
          <w:cantSplit/>
          <w:jc w:val="center"/>
        </w:trPr>
        <w:tc>
          <w:tcPr>
            <w:tcW w:w="5329" w:type="dxa"/>
            <w:vAlign w:val="center"/>
          </w:tcPr>
          <w:p w14:paraId="2A40416A" w14:textId="77777777" w:rsidR="00086061" w:rsidRDefault="00000000">
            <w:r>
              <w:rPr>
                <w:sz w:val="16"/>
              </w:rPr>
              <w:t>Generic - verify against exact product SDS</w:t>
            </w:r>
          </w:p>
        </w:tc>
        <w:tc>
          <w:tcPr>
            <w:tcW w:w="5329" w:type="dxa"/>
            <w:vAlign w:val="center"/>
          </w:tcPr>
          <w:p w14:paraId="7E1A5C1E" w14:textId="77777777" w:rsidR="00086061" w:rsidRDefault="00000000">
            <w:r>
              <w:rPr>
                <w:sz w:val="16"/>
              </w:rPr>
              <w:t>Reference: AOS-COSHH | Version: 2.0</w:t>
            </w:r>
          </w:p>
        </w:tc>
      </w:tr>
      <w:tr w:rsidR="00086061" w14:paraId="40EF99E7" w14:textId="77777777">
        <w:trPr>
          <w:cantSplit/>
          <w:jc w:val="center"/>
        </w:trPr>
        <w:tc>
          <w:tcPr>
            <w:tcW w:w="5329" w:type="dxa"/>
            <w:shd w:val="clear" w:color="auto" w:fill="F3EFF7"/>
            <w:vAlign w:val="center"/>
          </w:tcPr>
          <w:p w14:paraId="230FB6C9" w14:textId="77777777" w:rsidR="00086061" w:rsidRDefault="00000000">
            <w:r>
              <w:rPr>
                <w:sz w:val="16"/>
              </w:rPr>
              <w:t>Applies to</w:t>
            </w:r>
          </w:p>
        </w:tc>
        <w:tc>
          <w:tcPr>
            <w:tcW w:w="5329" w:type="dxa"/>
            <w:shd w:val="clear" w:color="auto" w:fill="F3EFF7"/>
            <w:vAlign w:val="center"/>
          </w:tcPr>
          <w:p w14:paraId="2CE3F9B7" w14:textId="77777777" w:rsidR="00086061" w:rsidRPr="003955AC" w:rsidRDefault="00000000">
            <w:pPr>
              <w:rPr>
                <w:color w:val="EE0000"/>
              </w:rPr>
            </w:pPr>
            <w:r w:rsidRPr="003955AC">
              <w:rPr>
                <w:color w:val="EE0000"/>
                <w:sz w:val="16"/>
              </w:rPr>
              <w:t>Assessment date: ____ / ____ / ______</w:t>
            </w:r>
          </w:p>
        </w:tc>
      </w:tr>
      <w:tr w:rsidR="00086061" w14:paraId="62D639C4" w14:textId="77777777">
        <w:trPr>
          <w:cantSplit/>
          <w:jc w:val="center"/>
        </w:trPr>
        <w:tc>
          <w:tcPr>
            <w:tcW w:w="5329" w:type="dxa"/>
            <w:vAlign w:val="center"/>
          </w:tcPr>
          <w:p w14:paraId="42F00424" w14:textId="77777777" w:rsidR="00086061" w:rsidRDefault="00000000">
            <w:r>
              <w:rPr>
                <w:sz w:val="16"/>
              </w:rPr>
              <w:t>Arboriculture, tree surgery, workshop and site activities as relevant</w:t>
            </w:r>
          </w:p>
        </w:tc>
        <w:tc>
          <w:tcPr>
            <w:tcW w:w="5329" w:type="dxa"/>
            <w:vAlign w:val="center"/>
          </w:tcPr>
          <w:p w14:paraId="0CDBAF06" w14:textId="77777777" w:rsidR="00086061" w:rsidRPr="003955AC" w:rsidRDefault="00000000">
            <w:pPr>
              <w:rPr>
                <w:color w:val="EE0000"/>
              </w:rPr>
            </w:pPr>
            <w:r w:rsidRPr="003955AC">
              <w:rPr>
                <w:color w:val="EE0000"/>
                <w:sz w:val="16"/>
              </w:rPr>
              <w:t>Review date: ____ / ____ / ______</w:t>
            </w:r>
          </w:p>
        </w:tc>
      </w:tr>
    </w:tbl>
    <w:p w14:paraId="4F730412" w14:textId="77777777" w:rsidR="00086061" w:rsidRDefault="00000000">
      <w:pPr>
        <w:pStyle w:val="Heading1"/>
      </w:pPr>
      <w:r>
        <w:t>Important: product-specific check</w:t>
      </w:r>
    </w:p>
    <w:p w14:paraId="0A7007A6" w14:textId="77777777" w:rsidR="00086061" w:rsidRDefault="00000000">
      <w:r>
        <w:rPr>
          <w:b/>
        </w:rPr>
        <w:t>This assessment does not replace</w:t>
      </w:r>
      <w:r>
        <w:t xml:space="preserve"> the manufacturer's current Safety Data Sheet (SDS) or product label. Record the exact product, attach the SDS and amend this assessment wherever the classification, limits, PPE, controls or emergency instructions differ.</w:t>
      </w:r>
    </w:p>
    <w:p w14:paraId="06E22E5F" w14:textId="77777777" w:rsidR="00086061" w:rsidRDefault="00000000">
      <w:pPr>
        <w:pStyle w:val="Heading1"/>
      </w:pPr>
      <w:r>
        <w:t>1. Substance and task details</w:t>
      </w:r>
    </w:p>
    <w:tbl>
      <w:tblPr>
        <w:tblStyle w:val="TableGrid"/>
        <w:tblW w:w="0" w:type="auto"/>
        <w:jc w:val="center"/>
        <w:tblLayout w:type="fixed"/>
        <w:tblLook w:val="04A0" w:firstRow="1" w:lastRow="0" w:firstColumn="1" w:lastColumn="0" w:noHBand="0" w:noVBand="1"/>
      </w:tblPr>
      <w:tblGrid>
        <w:gridCol w:w="2948"/>
        <w:gridCol w:w="7710"/>
      </w:tblGrid>
      <w:tr w:rsidR="00086061" w14:paraId="0D7D3FAF" w14:textId="77777777">
        <w:trPr>
          <w:cantSplit/>
          <w:jc w:val="center"/>
        </w:trPr>
        <w:tc>
          <w:tcPr>
            <w:tcW w:w="2948" w:type="dxa"/>
            <w:shd w:val="clear" w:color="auto" w:fill="6B4E8E"/>
            <w:vAlign w:val="center"/>
          </w:tcPr>
          <w:p w14:paraId="2E19956E" w14:textId="77777777" w:rsidR="00086061" w:rsidRDefault="00000000">
            <w:r>
              <w:rPr>
                <w:b/>
                <w:color w:val="FFFFFF"/>
                <w:sz w:val="16"/>
              </w:rPr>
              <w:t>Field</w:t>
            </w:r>
          </w:p>
        </w:tc>
        <w:tc>
          <w:tcPr>
            <w:tcW w:w="7710" w:type="dxa"/>
            <w:shd w:val="clear" w:color="auto" w:fill="6B4E8E"/>
            <w:vAlign w:val="center"/>
          </w:tcPr>
          <w:p w14:paraId="2686692A" w14:textId="77777777" w:rsidR="00086061" w:rsidRDefault="00000000">
            <w:r>
              <w:rPr>
                <w:b/>
                <w:color w:val="FFFFFF"/>
                <w:sz w:val="16"/>
              </w:rPr>
              <w:t>Details</w:t>
            </w:r>
          </w:p>
        </w:tc>
      </w:tr>
      <w:tr w:rsidR="00086061" w14:paraId="6FAEA9E7" w14:textId="77777777">
        <w:trPr>
          <w:cantSplit/>
          <w:jc w:val="center"/>
        </w:trPr>
        <w:tc>
          <w:tcPr>
            <w:tcW w:w="2948" w:type="dxa"/>
            <w:vAlign w:val="center"/>
          </w:tcPr>
          <w:p w14:paraId="1900E4BC" w14:textId="77777777" w:rsidR="00086061" w:rsidRDefault="00000000">
            <w:r>
              <w:rPr>
                <w:sz w:val="16"/>
              </w:rPr>
              <w:t>Product / trade name</w:t>
            </w:r>
          </w:p>
        </w:tc>
        <w:tc>
          <w:tcPr>
            <w:tcW w:w="7710" w:type="dxa"/>
            <w:vAlign w:val="center"/>
          </w:tcPr>
          <w:p w14:paraId="5253B0B3" w14:textId="77777777" w:rsidR="00086061" w:rsidRPr="003955AC" w:rsidRDefault="00000000">
            <w:pPr>
              <w:rPr>
                <w:color w:val="EE0000"/>
              </w:rPr>
            </w:pPr>
            <w:r w:rsidRPr="003955AC">
              <w:rPr>
                <w:color w:val="EE0000"/>
                <w:sz w:val="16"/>
              </w:rPr>
              <w:t>____________________________________________</w:t>
            </w:r>
          </w:p>
        </w:tc>
      </w:tr>
      <w:tr w:rsidR="00086061" w14:paraId="5FFC3F37" w14:textId="77777777">
        <w:trPr>
          <w:cantSplit/>
          <w:jc w:val="center"/>
        </w:trPr>
        <w:tc>
          <w:tcPr>
            <w:tcW w:w="2948" w:type="dxa"/>
            <w:shd w:val="clear" w:color="auto" w:fill="F3EFF7"/>
            <w:vAlign w:val="center"/>
          </w:tcPr>
          <w:p w14:paraId="1AB8EBD2" w14:textId="77777777" w:rsidR="00086061" w:rsidRDefault="00000000">
            <w:r>
              <w:rPr>
                <w:sz w:val="16"/>
              </w:rPr>
              <w:t>Manufacturer / supplier</w:t>
            </w:r>
          </w:p>
        </w:tc>
        <w:tc>
          <w:tcPr>
            <w:tcW w:w="7710" w:type="dxa"/>
            <w:shd w:val="clear" w:color="auto" w:fill="F3EFF7"/>
            <w:vAlign w:val="center"/>
          </w:tcPr>
          <w:p w14:paraId="433B9627" w14:textId="77777777" w:rsidR="00086061" w:rsidRPr="003955AC" w:rsidRDefault="00000000">
            <w:pPr>
              <w:rPr>
                <w:color w:val="EE0000"/>
              </w:rPr>
            </w:pPr>
            <w:r w:rsidRPr="003955AC">
              <w:rPr>
                <w:color w:val="EE0000"/>
                <w:sz w:val="16"/>
              </w:rPr>
              <w:t>____________________________________________</w:t>
            </w:r>
          </w:p>
        </w:tc>
      </w:tr>
      <w:tr w:rsidR="00086061" w14:paraId="02C554CE" w14:textId="77777777">
        <w:trPr>
          <w:cantSplit/>
          <w:jc w:val="center"/>
        </w:trPr>
        <w:tc>
          <w:tcPr>
            <w:tcW w:w="2948" w:type="dxa"/>
            <w:vAlign w:val="center"/>
          </w:tcPr>
          <w:p w14:paraId="6B121425" w14:textId="77777777" w:rsidR="00086061" w:rsidRDefault="00000000">
            <w:r>
              <w:rPr>
                <w:sz w:val="16"/>
              </w:rPr>
              <w:t>SDS version / date</w:t>
            </w:r>
          </w:p>
        </w:tc>
        <w:tc>
          <w:tcPr>
            <w:tcW w:w="7710" w:type="dxa"/>
            <w:vAlign w:val="center"/>
          </w:tcPr>
          <w:p w14:paraId="2F9BB040" w14:textId="77777777" w:rsidR="00086061" w:rsidRPr="003955AC" w:rsidRDefault="00000000">
            <w:pPr>
              <w:rPr>
                <w:color w:val="EE0000"/>
              </w:rPr>
            </w:pPr>
            <w:r w:rsidRPr="003955AC">
              <w:rPr>
                <w:color w:val="EE0000"/>
                <w:sz w:val="16"/>
              </w:rPr>
              <w:t>____________________________________________</w:t>
            </w:r>
          </w:p>
        </w:tc>
      </w:tr>
      <w:tr w:rsidR="00086061" w14:paraId="14F3CECD" w14:textId="77777777">
        <w:trPr>
          <w:cantSplit/>
          <w:jc w:val="center"/>
        </w:trPr>
        <w:tc>
          <w:tcPr>
            <w:tcW w:w="2948" w:type="dxa"/>
            <w:shd w:val="clear" w:color="auto" w:fill="F3EFF7"/>
            <w:vAlign w:val="center"/>
          </w:tcPr>
          <w:p w14:paraId="6753163C" w14:textId="77777777" w:rsidR="00086061" w:rsidRDefault="00000000">
            <w:r>
              <w:rPr>
                <w:sz w:val="16"/>
              </w:rPr>
              <w:t>Typical use</w:t>
            </w:r>
          </w:p>
        </w:tc>
        <w:tc>
          <w:tcPr>
            <w:tcW w:w="7710" w:type="dxa"/>
            <w:shd w:val="clear" w:color="auto" w:fill="F3EFF7"/>
            <w:vAlign w:val="center"/>
          </w:tcPr>
          <w:p w14:paraId="7988ECDD" w14:textId="77777777" w:rsidR="00086061" w:rsidRDefault="00000000">
            <w:r>
              <w:rPr>
                <w:sz w:val="16"/>
              </w:rPr>
              <w:t>Mixing, loading and application of authorised herbicide using handheld or knapsack equipment for vegetation control.</w:t>
            </w:r>
          </w:p>
        </w:tc>
      </w:tr>
      <w:tr w:rsidR="00086061" w14:paraId="1E6EB24E" w14:textId="77777777">
        <w:trPr>
          <w:cantSplit/>
          <w:jc w:val="center"/>
        </w:trPr>
        <w:tc>
          <w:tcPr>
            <w:tcW w:w="2948" w:type="dxa"/>
            <w:vAlign w:val="center"/>
          </w:tcPr>
          <w:p w14:paraId="68515354" w14:textId="77777777" w:rsidR="00086061" w:rsidRDefault="00000000">
            <w:r>
              <w:rPr>
                <w:sz w:val="16"/>
              </w:rPr>
              <w:t>Activities assessed</w:t>
            </w:r>
          </w:p>
        </w:tc>
        <w:tc>
          <w:tcPr>
            <w:tcW w:w="7710" w:type="dxa"/>
            <w:vAlign w:val="center"/>
          </w:tcPr>
          <w:p w14:paraId="12F6BAF3" w14:textId="77777777" w:rsidR="00086061" w:rsidRDefault="00000000">
            <w:r>
              <w:rPr>
                <w:sz w:val="16"/>
              </w:rPr>
              <w:t>Receipt, storage, transport, handling, application/dispensing, spill response and disposal, as applicable</w:t>
            </w:r>
          </w:p>
        </w:tc>
      </w:tr>
      <w:tr w:rsidR="00086061" w14:paraId="3FDB1944" w14:textId="77777777">
        <w:trPr>
          <w:cantSplit/>
          <w:jc w:val="center"/>
        </w:trPr>
        <w:tc>
          <w:tcPr>
            <w:tcW w:w="2948" w:type="dxa"/>
            <w:shd w:val="clear" w:color="auto" w:fill="F3EFF7"/>
            <w:vAlign w:val="center"/>
          </w:tcPr>
          <w:p w14:paraId="17BB0C64" w14:textId="77777777" w:rsidR="00086061" w:rsidRDefault="00000000">
            <w:r>
              <w:rPr>
                <w:sz w:val="16"/>
              </w:rPr>
              <w:t>Persons exposed</w:t>
            </w:r>
          </w:p>
        </w:tc>
        <w:tc>
          <w:tcPr>
            <w:tcW w:w="7710" w:type="dxa"/>
            <w:shd w:val="clear" w:color="auto" w:fill="F3EFF7"/>
            <w:vAlign w:val="center"/>
          </w:tcPr>
          <w:p w14:paraId="7DD718B0" w14:textId="77777777" w:rsidR="00086061" w:rsidRDefault="00000000">
            <w:r>
              <w:rPr>
                <w:sz w:val="16"/>
              </w:rPr>
              <w:t>Operators, climbers, grounds staff, trainees/apprentices, contractors, visitors and the public if controls fail</w:t>
            </w:r>
          </w:p>
        </w:tc>
      </w:tr>
      <w:tr w:rsidR="00086061" w14:paraId="07758759" w14:textId="77777777">
        <w:trPr>
          <w:cantSplit/>
          <w:jc w:val="center"/>
        </w:trPr>
        <w:tc>
          <w:tcPr>
            <w:tcW w:w="2948" w:type="dxa"/>
            <w:vAlign w:val="center"/>
          </w:tcPr>
          <w:p w14:paraId="53650CCF" w14:textId="77777777" w:rsidR="00086061" w:rsidRDefault="00000000">
            <w:r>
              <w:rPr>
                <w:sz w:val="16"/>
              </w:rPr>
              <w:t>Frequency / quantity</w:t>
            </w:r>
          </w:p>
        </w:tc>
        <w:tc>
          <w:tcPr>
            <w:tcW w:w="7710" w:type="dxa"/>
            <w:vAlign w:val="center"/>
          </w:tcPr>
          <w:p w14:paraId="66A9497F" w14:textId="77777777" w:rsidR="00086061" w:rsidRDefault="00000000">
            <w:r>
              <w:rPr>
                <w:sz w:val="16"/>
              </w:rPr>
              <w:t xml:space="preserve">Record normal and maximum use: </w:t>
            </w:r>
            <w:r w:rsidRPr="003955AC">
              <w:rPr>
                <w:color w:val="EE0000"/>
                <w:sz w:val="16"/>
              </w:rPr>
              <w:t>______________________________</w:t>
            </w:r>
          </w:p>
        </w:tc>
      </w:tr>
    </w:tbl>
    <w:p w14:paraId="42D61EA0" w14:textId="77777777" w:rsidR="00086061" w:rsidRDefault="00000000">
      <w:pPr>
        <w:pStyle w:val="Heading1"/>
        <w:pageBreakBefore/>
      </w:pPr>
      <w:r>
        <w:lastRenderedPageBreak/>
        <w:t>2. Typical CLP pictograms - verify against SDS</w:t>
      </w:r>
    </w:p>
    <w:tbl>
      <w:tblPr>
        <w:tblW w:w="0" w:type="auto"/>
        <w:jc w:val="center"/>
        <w:tblLayout w:type="fixed"/>
        <w:tblLook w:val="04A0" w:firstRow="1" w:lastRow="0" w:firstColumn="1" w:lastColumn="0" w:noHBand="0" w:noVBand="1"/>
      </w:tblPr>
      <w:tblGrid>
        <w:gridCol w:w="3437"/>
        <w:gridCol w:w="3437"/>
        <w:gridCol w:w="3437"/>
      </w:tblGrid>
      <w:tr w:rsidR="00086061" w14:paraId="5D714050" w14:textId="77777777">
        <w:trPr>
          <w:jc w:val="center"/>
        </w:trPr>
        <w:tc>
          <w:tcPr>
            <w:tcW w:w="3437" w:type="dxa"/>
          </w:tcPr>
          <w:p w14:paraId="2B61A9EE" w14:textId="77777777" w:rsidR="00086061" w:rsidRDefault="00000000">
            <w:pPr>
              <w:jc w:val="center"/>
            </w:pPr>
            <w:r>
              <w:rPr>
                <w:noProof/>
              </w:rPr>
              <w:drawing>
                <wp:inline distT="0" distB="0" distL="0" distR="0" wp14:anchorId="0ADA3B68" wp14:editId="7125B987">
                  <wp:extent cx="828000" cy="82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im.png"/>
                          <pic:cNvPicPr/>
                        </pic:nvPicPr>
                        <pic:blipFill>
                          <a:blip r:embed="rId8"/>
                          <a:stretch>
                            <a:fillRect/>
                          </a:stretch>
                        </pic:blipFill>
                        <pic:spPr>
                          <a:xfrm>
                            <a:off x="0" y="0"/>
                            <a:ext cx="828000" cy="828000"/>
                          </a:xfrm>
                          <a:prstGeom prst="rect">
                            <a:avLst/>
                          </a:prstGeom>
                        </pic:spPr>
                      </pic:pic>
                    </a:graphicData>
                  </a:graphic>
                </wp:inline>
              </w:drawing>
            </w:r>
          </w:p>
          <w:p w14:paraId="5CC0E614" w14:textId="77777777" w:rsidR="00086061" w:rsidRDefault="00000000">
            <w:pPr>
              <w:jc w:val="center"/>
            </w:pPr>
            <w:r>
              <w:rPr>
                <w:b/>
              </w:rPr>
              <w:t>Harmful / irritant</w:t>
            </w:r>
          </w:p>
        </w:tc>
        <w:tc>
          <w:tcPr>
            <w:tcW w:w="3437" w:type="dxa"/>
          </w:tcPr>
          <w:p w14:paraId="6F476634" w14:textId="77777777" w:rsidR="00086061" w:rsidRDefault="00000000">
            <w:pPr>
              <w:jc w:val="center"/>
            </w:pPr>
            <w:r>
              <w:rPr>
                <w:noProof/>
              </w:rPr>
              <w:drawing>
                <wp:inline distT="0" distB="0" distL="0" distR="0" wp14:anchorId="4F4B6B73" wp14:editId="1B65FAEA">
                  <wp:extent cx="828000" cy="82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rosive.png"/>
                          <pic:cNvPicPr/>
                        </pic:nvPicPr>
                        <pic:blipFill>
                          <a:blip r:embed="rId9"/>
                          <a:stretch>
                            <a:fillRect/>
                          </a:stretch>
                        </pic:blipFill>
                        <pic:spPr>
                          <a:xfrm>
                            <a:off x="0" y="0"/>
                            <a:ext cx="828000" cy="828000"/>
                          </a:xfrm>
                          <a:prstGeom prst="rect">
                            <a:avLst/>
                          </a:prstGeom>
                        </pic:spPr>
                      </pic:pic>
                    </a:graphicData>
                  </a:graphic>
                </wp:inline>
              </w:drawing>
            </w:r>
          </w:p>
          <w:p w14:paraId="2128CA09" w14:textId="77777777" w:rsidR="00086061" w:rsidRDefault="00000000">
            <w:pPr>
              <w:jc w:val="center"/>
            </w:pPr>
            <w:r>
              <w:rPr>
                <w:b/>
              </w:rPr>
              <w:t>Corrosive / eye damage</w:t>
            </w:r>
          </w:p>
        </w:tc>
        <w:tc>
          <w:tcPr>
            <w:tcW w:w="3437" w:type="dxa"/>
          </w:tcPr>
          <w:p w14:paraId="34DB7963" w14:textId="77777777" w:rsidR="00086061" w:rsidRDefault="00000000">
            <w:pPr>
              <w:jc w:val="center"/>
            </w:pPr>
            <w:r>
              <w:rPr>
                <w:noProof/>
              </w:rPr>
              <w:drawing>
                <wp:inline distT="0" distB="0" distL="0" distR="0" wp14:anchorId="32579835" wp14:editId="657701BE">
                  <wp:extent cx="828000" cy="82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png"/>
                          <pic:cNvPicPr/>
                        </pic:nvPicPr>
                        <pic:blipFill>
                          <a:blip r:embed="rId10"/>
                          <a:stretch>
                            <a:fillRect/>
                          </a:stretch>
                        </pic:blipFill>
                        <pic:spPr>
                          <a:xfrm>
                            <a:off x="0" y="0"/>
                            <a:ext cx="828000" cy="828000"/>
                          </a:xfrm>
                          <a:prstGeom prst="rect">
                            <a:avLst/>
                          </a:prstGeom>
                        </pic:spPr>
                      </pic:pic>
                    </a:graphicData>
                  </a:graphic>
                </wp:inline>
              </w:drawing>
            </w:r>
          </w:p>
          <w:p w14:paraId="62CC94B1" w14:textId="77777777" w:rsidR="00086061" w:rsidRDefault="00000000">
            <w:pPr>
              <w:jc w:val="center"/>
            </w:pPr>
            <w:r>
              <w:rPr>
                <w:b/>
              </w:rPr>
              <w:t>Environmental hazard</w:t>
            </w:r>
          </w:p>
        </w:tc>
      </w:tr>
    </w:tbl>
    <w:p w14:paraId="5CBD1A1F" w14:textId="77777777" w:rsidR="00086061" w:rsidRDefault="00000000">
      <w:r>
        <w:t>These are typical possibilities for this product type. Use only the pictograms and signal word shown on the exact product label/SDS.</w:t>
      </w:r>
    </w:p>
    <w:p w14:paraId="5DA00807" w14:textId="77777777" w:rsidR="00086061" w:rsidRDefault="00000000">
      <w:pPr>
        <w:pStyle w:val="Heading1"/>
      </w:pPr>
      <w:r>
        <w:t>3. Main hazards and risk rating</w:t>
      </w:r>
    </w:p>
    <w:tbl>
      <w:tblPr>
        <w:tblStyle w:val="TableGrid"/>
        <w:tblW w:w="0" w:type="auto"/>
        <w:jc w:val="center"/>
        <w:tblLayout w:type="fixed"/>
        <w:tblLook w:val="04A0" w:firstRow="1" w:lastRow="0" w:firstColumn="1" w:lastColumn="0" w:noHBand="0" w:noVBand="1"/>
      </w:tblPr>
      <w:tblGrid>
        <w:gridCol w:w="2154"/>
        <w:gridCol w:w="5216"/>
        <w:gridCol w:w="1587"/>
        <w:gridCol w:w="1701"/>
      </w:tblGrid>
      <w:tr w:rsidR="00086061" w14:paraId="03653B74" w14:textId="77777777">
        <w:trPr>
          <w:cantSplit/>
          <w:jc w:val="center"/>
        </w:trPr>
        <w:tc>
          <w:tcPr>
            <w:tcW w:w="2154" w:type="dxa"/>
            <w:shd w:val="clear" w:color="auto" w:fill="6B4E8E"/>
            <w:vAlign w:val="center"/>
          </w:tcPr>
          <w:p w14:paraId="5F60DC8B" w14:textId="77777777" w:rsidR="00086061" w:rsidRDefault="00000000">
            <w:r>
              <w:rPr>
                <w:b/>
                <w:color w:val="FFFFFF"/>
                <w:sz w:val="16"/>
              </w:rPr>
              <w:t>Hazard / route</w:t>
            </w:r>
          </w:p>
        </w:tc>
        <w:tc>
          <w:tcPr>
            <w:tcW w:w="5216" w:type="dxa"/>
            <w:shd w:val="clear" w:color="auto" w:fill="6B4E8E"/>
            <w:vAlign w:val="center"/>
          </w:tcPr>
          <w:p w14:paraId="21F99ED5" w14:textId="77777777" w:rsidR="00086061" w:rsidRDefault="00000000">
            <w:r>
              <w:rPr>
                <w:b/>
                <w:color w:val="FFFFFF"/>
                <w:sz w:val="16"/>
              </w:rPr>
              <w:t>Potential harm</w:t>
            </w:r>
          </w:p>
        </w:tc>
        <w:tc>
          <w:tcPr>
            <w:tcW w:w="1587" w:type="dxa"/>
            <w:shd w:val="clear" w:color="auto" w:fill="6B4E8E"/>
            <w:vAlign w:val="center"/>
          </w:tcPr>
          <w:p w14:paraId="004F1F29" w14:textId="77777777" w:rsidR="00086061" w:rsidRDefault="00000000">
            <w:r>
              <w:rPr>
                <w:b/>
                <w:color w:val="FFFFFF"/>
                <w:sz w:val="16"/>
              </w:rPr>
              <w:t>Initial risk</w:t>
            </w:r>
          </w:p>
        </w:tc>
        <w:tc>
          <w:tcPr>
            <w:tcW w:w="1701" w:type="dxa"/>
            <w:shd w:val="clear" w:color="auto" w:fill="6B4E8E"/>
            <w:vAlign w:val="center"/>
          </w:tcPr>
          <w:p w14:paraId="766B09D6" w14:textId="77777777" w:rsidR="00086061" w:rsidRDefault="00000000">
            <w:r>
              <w:rPr>
                <w:b/>
                <w:color w:val="FFFFFF"/>
                <w:sz w:val="16"/>
              </w:rPr>
              <w:t>Residual risk</w:t>
            </w:r>
          </w:p>
        </w:tc>
      </w:tr>
      <w:tr w:rsidR="00086061" w14:paraId="268AC73B" w14:textId="77777777">
        <w:trPr>
          <w:cantSplit/>
          <w:jc w:val="center"/>
        </w:trPr>
        <w:tc>
          <w:tcPr>
            <w:tcW w:w="2154" w:type="dxa"/>
            <w:vAlign w:val="center"/>
          </w:tcPr>
          <w:p w14:paraId="5DA6716F" w14:textId="77777777" w:rsidR="00086061" w:rsidRDefault="00000000">
            <w:r>
              <w:rPr>
                <w:sz w:val="16"/>
              </w:rPr>
              <w:t>Exposure / contact</w:t>
            </w:r>
          </w:p>
        </w:tc>
        <w:tc>
          <w:tcPr>
            <w:tcW w:w="5216" w:type="dxa"/>
            <w:vAlign w:val="center"/>
          </w:tcPr>
          <w:p w14:paraId="555A942D" w14:textId="77777777" w:rsidR="00086061" w:rsidRDefault="00000000">
            <w:r>
              <w:rPr>
                <w:sz w:val="16"/>
              </w:rPr>
              <w:t>Concentrate may cause more serious eye or skin harm than the diluted spray; classification is product-specific.</w:t>
            </w:r>
          </w:p>
        </w:tc>
        <w:tc>
          <w:tcPr>
            <w:tcW w:w="1587" w:type="dxa"/>
            <w:vAlign w:val="center"/>
          </w:tcPr>
          <w:p w14:paraId="0EF36EEC" w14:textId="77777777" w:rsidR="00086061" w:rsidRDefault="00000000">
            <w:r>
              <w:rPr>
                <w:sz w:val="16"/>
              </w:rPr>
              <w:t>High</w:t>
            </w:r>
          </w:p>
        </w:tc>
        <w:tc>
          <w:tcPr>
            <w:tcW w:w="1701" w:type="dxa"/>
            <w:vAlign w:val="center"/>
          </w:tcPr>
          <w:p w14:paraId="2BF30EC8" w14:textId="77777777" w:rsidR="00086061" w:rsidRDefault="00000000">
            <w:r>
              <w:rPr>
                <w:sz w:val="16"/>
              </w:rPr>
              <w:t>Low</w:t>
            </w:r>
          </w:p>
        </w:tc>
      </w:tr>
      <w:tr w:rsidR="00086061" w14:paraId="42A86C32" w14:textId="77777777">
        <w:trPr>
          <w:cantSplit/>
          <w:jc w:val="center"/>
        </w:trPr>
        <w:tc>
          <w:tcPr>
            <w:tcW w:w="2154" w:type="dxa"/>
            <w:shd w:val="clear" w:color="auto" w:fill="F3EFF7"/>
            <w:vAlign w:val="center"/>
          </w:tcPr>
          <w:p w14:paraId="3509DB3B" w14:textId="77777777" w:rsidR="00086061" w:rsidRDefault="00000000">
            <w:r>
              <w:rPr>
                <w:sz w:val="16"/>
              </w:rPr>
              <w:t>Task-related hazard</w:t>
            </w:r>
          </w:p>
        </w:tc>
        <w:tc>
          <w:tcPr>
            <w:tcW w:w="5216" w:type="dxa"/>
            <w:shd w:val="clear" w:color="auto" w:fill="F3EFF7"/>
            <w:vAlign w:val="center"/>
          </w:tcPr>
          <w:p w14:paraId="562C3422" w14:textId="77777777" w:rsidR="00086061" w:rsidRDefault="00000000">
            <w:r>
              <w:rPr>
                <w:sz w:val="16"/>
              </w:rPr>
              <w:t>Spray drift can expose the operator, colleagues, the public, non-target vegetation and animals.</w:t>
            </w:r>
          </w:p>
        </w:tc>
        <w:tc>
          <w:tcPr>
            <w:tcW w:w="1587" w:type="dxa"/>
            <w:shd w:val="clear" w:color="auto" w:fill="F3EFF7"/>
            <w:vAlign w:val="center"/>
          </w:tcPr>
          <w:p w14:paraId="78D8E40D" w14:textId="77777777" w:rsidR="00086061" w:rsidRDefault="00000000">
            <w:r>
              <w:rPr>
                <w:sz w:val="16"/>
              </w:rPr>
              <w:t>Medium</w:t>
            </w:r>
          </w:p>
        </w:tc>
        <w:tc>
          <w:tcPr>
            <w:tcW w:w="1701" w:type="dxa"/>
            <w:shd w:val="clear" w:color="auto" w:fill="F3EFF7"/>
            <w:vAlign w:val="center"/>
          </w:tcPr>
          <w:p w14:paraId="33B1AF8C" w14:textId="77777777" w:rsidR="00086061" w:rsidRDefault="00000000">
            <w:r>
              <w:rPr>
                <w:sz w:val="16"/>
              </w:rPr>
              <w:t>Low</w:t>
            </w:r>
          </w:p>
        </w:tc>
      </w:tr>
      <w:tr w:rsidR="00086061" w14:paraId="260D181C" w14:textId="77777777">
        <w:trPr>
          <w:cantSplit/>
          <w:jc w:val="center"/>
        </w:trPr>
        <w:tc>
          <w:tcPr>
            <w:tcW w:w="2154" w:type="dxa"/>
            <w:vAlign w:val="center"/>
          </w:tcPr>
          <w:p w14:paraId="524B87F0" w14:textId="77777777" w:rsidR="00086061" w:rsidRDefault="00000000">
            <w:r>
              <w:rPr>
                <w:sz w:val="16"/>
              </w:rPr>
              <w:t>Environmental / secondary harm</w:t>
            </w:r>
          </w:p>
        </w:tc>
        <w:tc>
          <w:tcPr>
            <w:tcW w:w="5216" w:type="dxa"/>
            <w:vAlign w:val="center"/>
          </w:tcPr>
          <w:p w14:paraId="36AAF0DC" w14:textId="77777777" w:rsidR="00086061" w:rsidRDefault="00000000">
            <w:r>
              <w:rPr>
                <w:sz w:val="16"/>
              </w:rPr>
              <w:t>Run-off, spills or incorrect application may contaminate water and breach environmental restrictions.</w:t>
            </w:r>
          </w:p>
        </w:tc>
        <w:tc>
          <w:tcPr>
            <w:tcW w:w="1587" w:type="dxa"/>
            <w:vAlign w:val="center"/>
          </w:tcPr>
          <w:p w14:paraId="56E6E643" w14:textId="77777777" w:rsidR="00086061" w:rsidRDefault="00000000">
            <w:r>
              <w:rPr>
                <w:sz w:val="16"/>
              </w:rPr>
              <w:t>Medium</w:t>
            </w:r>
          </w:p>
        </w:tc>
        <w:tc>
          <w:tcPr>
            <w:tcW w:w="1701" w:type="dxa"/>
            <w:vAlign w:val="center"/>
          </w:tcPr>
          <w:p w14:paraId="731C76F9" w14:textId="77777777" w:rsidR="00086061" w:rsidRDefault="00000000">
            <w:r>
              <w:rPr>
                <w:sz w:val="16"/>
              </w:rPr>
              <w:t>Low</w:t>
            </w:r>
          </w:p>
        </w:tc>
      </w:tr>
      <w:tr w:rsidR="00086061" w14:paraId="4575989F" w14:textId="77777777">
        <w:trPr>
          <w:cantSplit/>
          <w:jc w:val="center"/>
        </w:trPr>
        <w:tc>
          <w:tcPr>
            <w:tcW w:w="2154" w:type="dxa"/>
            <w:shd w:val="clear" w:color="auto" w:fill="F3EFF7"/>
            <w:vAlign w:val="center"/>
          </w:tcPr>
          <w:p w14:paraId="5F62A1FE" w14:textId="77777777" w:rsidR="00086061" w:rsidRDefault="00000000">
            <w:r>
              <w:rPr>
                <w:sz w:val="16"/>
              </w:rPr>
              <w:t>Fire / special hazard</w:t>
            </w:r>
          </w:p>
        </w:tc>
        <w:tc>
          <w:tcPr>
            <w:tcW w:w="5216" w:type="dxa"/>
            <w:shd w:val="clear" w:color="auto" w:fill="F3EFF7"/>
            <w:vAlign w:val="center"/>
          </w:tcPr>
          <w:p w14:paraId="65ED7379" w14:textId="77777777" w:rsidR="00086061" w:rsidRDefault="00000000">
            <w:r>
              <w:rPr>
                <w:sz w:val="16"/>
              </w:rPr>
              <w:t>Poor equipment condition or wrong calibration can cause leaks, overdose and unexpected exposure.</w:t>
            </w:r>
          </w:p>
        </w:tc>
        <w:tc>
          <w:tcPr>
            <w:tcW w:w="1587" w:type="dxa"/>
            <w:shd w:val="clear" w:color="auto" w:fill="F3EFF7"/>
            <w:vAlign w:val="center"/>
          </w:tcPr>
          <w:p w14:paraId="6173DFDE" w14:textId="77777777" w:rsidR="00086061" w:rsidRDefault="00000000">
            <w:r>
              <w:rPr>
                <w:sz w:val="16"/>
              </w:rPr>
              <w:t>High</w:t>
            </w:r>
          </w:p>
        </w:tc>
        <w:tc>
          <w:tcPr>
            <w:tcW w:w="1701" w:type="dxa"/>
            <w:shd w:val="clear" w:color="auto" w:fill="F3EFF7"/>
            <w:vAlign w:val="center"/>
          </w:tcPr>
          <w:p w14:paraId="35602B9B" w14:textId="77777777" w:rsidR="00086061" w:rsidRDefault="00000000">
            <w:r>
              <w:rPr>
                <w:sz w:val="16"/>
              </w:rPr>
              <w:t>Low</w:t>
            </w:r>
          </w:p>
        </w:tc>
      </w:tr>
    </w:tbl>
    <w:p w14:paraId="4B6CF842" w14:textId="77777777" w:rsidR="00086061" w:rsidRDefault="00000000">
      <w:r>
        <w:t>Residual ratings apply only when all controls below are in place. Stop work and inform the Team Leader if controls cannot be achieved.</w:t>
      </w:r>
    </w:p>
    <w:p w14:paraId="2E7CD66B" w14:textId="77777777" w:rsidR="00086061" w:rsidRDefault="00000000">
      <w:pPr>
        <w:pStyle w:val="Heading1"/>
      </w:pPr>
      <w:r>
        <w:t>4. Required controls</w:t>
      </w:r>
    </w:p>
    <w:p w14:paraId="063A8391" w14:textId="77777777" w:rsidR="00086061" w:rsidRDefault="00000000">
      <w:pPr>
        <w:pStyle w:val="ListBullet"/>
        <w:ind w:left="340" w:hanging="170"/>
      </w:pPr>
      <w:r>
        <w:t>Use only an authorised product for the target, location and method; the statutory label and any extension of authorisation are legally binding.</w:t>
      </w:r>
    </w:p>
    <w:p w14:paraId="0DD60A1A" w14:textId="77777777" w:rsidR="00086061" w:rsidRDefault="00000000">
      <w:pPr>
        <w:pStyle w:val="ListBullet"/>
        <w:ind w:left="340" w:hanging="170"/>
      </w:pPr>
      <w:r>
        <w:t>Only trained and competent operators with the required certificate may apply professional pesticide products.</w:t>
      </w:r>
    </w:p>
    <w:p w14:paraId="674E324D" w14:textId="77777777" w:rsidR="00086061" w:rsidRDefault="00000000">
      <w:pPr>
        <w:pStyle w:val="ListBullet"/>
        <w:ind w:left="340" w:hanging="170"/>
      </w:pPr>
      <w:r>
        <w:t>Complete a product- and site-specific assessment covering weather, water, public access, sensitive receptors and emergency arrangements.</w:t>
      </w:r>
    </w:p>
    <w:p w14:paraId="3DECB047" w14:textId="77777777" w:rsidR="00086061" w:rsidRDefault="00000000">
      <w:pPr>
        <w:pStyle w:val="ListBullet"/>
        <w:ind w:left="340" w:hanging="170"/>
      </w:pPr>
      <w:r>
        <w:t>Calibrate and inspect equipment; do not spray in unsuitable wind or where drift/run-off cannot be controlled; maintain treatment records.</w:t>
      </w:r>
    </w:p>
    <w:p w14:paraId="3C337ABF" w14:textId="77777777" w:rsidR="00086061" w:rsidRDefault="00000000">
      <w:pPr>
        <w:pStyle w:val="ListBullet"/>
        <w:ind w:left="340" w:hanging="170"/>
      </w:pPr>
      <w:r>
        <w:t>Keep the current SDS available to the work team, brief relevant controls and record additional site-specific measures in the SSRA.</w:t>
      </w:r>
    </w:p>
    <w:p w14:paraId="1DF8BAE5" w14:textId="77777777" w:rsidR="00086061" w:rsidRDefault="00000000">
      <w:pPr>
        <w:pStyle w:val="ListBullet"/>
        <w:ind w:left="340" w:hanging="170"/>
      </w:pPr>
      <w:r>
        <w:t>Use the smallest practicable quantity; keep containers closed, upright, labelled, undamaged and secured against unauthorised access.</w:t>
      </w:r>
    </w:p>
    <w:p w14:paraId="6A269DEF" w14:textId="77777777" w:rsidR="00086061" w:rsidRDefault="00000000">
      <w:pPr>
        <w:pStyle w:val="ListBullet"/>
        <w:ind w:left="340" w:hanging="170"/>
      </w:pPr>
      <w:r>
        <w:t>Do not eat, drink or smoke while handling. Wash hands before breaks and after use. Remove contaminated clothing promptly.</w:t>
      </w:r>
    </w:p>
    <w:p w14:paraId="6685C33F" w14:textId="77777777" w:rsidR="00086061" w:rsidRDefault="00000000">
      <w:pPr>
        <w:pStyle w:val="ListBullet"/>
        <w:ind w:left="340" w:hanging="170"/>
      </w:pPr>
      <w:r>
        <w:t>Prevent entry into drains, watercourses and soil. Keep a suitable spill kit available and report all exposures, spills, leaks and near misses.</w:t>
      </w:r>
    </w:p>
    <w:p w14:paraId="34A03788" w14:textId="77777777" w:rsidR="00086061" w:rsidRDefault="00000000">
      <w:pPr>
        <w:pStyle w:val="Heading1"/>
      </w:pPr>
      <w:r>
        <w:t>5. PPE and exposure control</w:t>
      </w:r>
    </w:p>
    <w:tbl>
      <w:tblPr>
        <w:tblStyle w:val="TableGrid"/>
        <w:tblW w:w="0" w:type="auto"/>
        <w:jc w:val="center"/>
        <w:tblLayout w:type="fixed"/>
        <w:tblLook w:val="04A0" w:firstRow="1" w:lastRow="0" w:firstColumn="1" w:lastColumn="0" w:noHBand="0" w:noVBand="1"/>
      </w:tblPr>
      <w:tblGrid>
        <w:gridCol w:w="2438"/>
        <w:gridCol w:w="8220"/>
      </w:tblGrid>
      <w:tr w:rsidR="00086061" w14:paraId="3BB45F3D" w14:textId="77777777">
        <w:trPr>
          <w:cantSplit/>
          <w:jc w:val="center"/>
        </w:trPr>
        <w:tc>
          <w:tcPr>
            <w:tcW w:w="2438" w:type="dxa"/>
            <w:shd w:val="clear" w:color="auto" w:fill="6B4E8E"/>
            <w:vAlign w:val="center"/>
          </w:tcPr>
          <w:p w14:paraId="017F289D" w14:textId="77777777" w:rsidR="00086061" w:rsidRDefault="00000000">
            <w:r>
              <w:rPr>
                <w:b/>
                <w:color w:val="FFFFFF"/>
                <w:sz w:val="16"/>
              </w:rPr>
              <w:t>Control</w:t>
            </w:r>
          </w:p>
        </w:tc>
        <w:tc>
          <w:tcPr>
            <w:tcW w:w="8220" w:type="dxa"/>
            <w:shd w:val="clear" w:color="auto" w:fill="6B4E8E"/>
            <w:vAlign w:val="center"/>
          </w:tcPr>
          <w:p w14:paraId="0645B81A" w14:textId="77777777" w:rsidR="00086061" w:rsidRDefault="00000000">
            <w:r>
              <w:rPr>
                <w:b/>
                <w:color w:val="FFFFFF"/>
                <w:sz w:val="16"/>
              </w:rPr>
              <w:t>Requirement</w:t>
            </w:r>
          </w:p>
        </w:tc>
      </w:tr>
      <w:tr w:rsidR="00086061" w14:paraId="304FCE83" w14:textId="77777777">
        <w:trPr>
          <w:cantSplit/>
          <w:jc w:val="center"/>
        </w:trPr>
        <w:tc>
          <w:tcPr>
            <w:tcW w:w="2438" w:type="dxa"/>
            <w:vAlign w:val="center"/>
          </w:tcPr>
          <w:p w14:paraId="11B6896F" w14:textId="77777777" w:rsidR="00086061" w:rsidRDefault="00000000">
            <w:r>
              <w:rPr>
                <w:sz w:val="16"/>
              </w:rPr>
              <w:t>Gloves</w:t>
            </w:r>
          </w:p>
        </w:tc>
        <w:tc>
          <w:tcPr>
            <w:tcW w:w="8220" w:type="dxa"/>
            <w:vAlign w:val="center"/>
          </w:tcPr>
          <w:p w14:paraId="22C3102A" w14:textId="77777777" w:rsidR="00086061" w:rsidRDefault="00000000">
            <w:r>
              <w:rPr>
                <w:sz w:val="16"/>
              </w:rPr>
              <w:t>Chemical-resistant gloves selected from the SDS for the product and task; inspect and replace if damaged or contaminated internally.</w:t>
            </w:r>
          </w:p>
        </w:tc>
      </w:tr>
      <w:tr w:rsidR="00086061" w14:paraId="4C4E34AA" w14:textId="77777777">
        <w:trPr>
          <w:cantSplit/>
          <w:jc w:val="center"/>
        </w:trPr>
        <w:tc>
          <w:tcPr>
            <w:tcW w:w="2438" w:type="dxa"/>
            <w:shd w:val="clear" w:color="auto" w:fill="F3EFF7"/>
            <w:vAlign w:val="center"/>
          </w:tcPr>
          <w:p w14:paraId="00B2345C" w14:textId="77777777" w:rsidR="00086061" w:rsidRDefault="00000000">
            <w:r>
              <w:rPr>
                <w:sz w:val="16"/>
              </w:rPr>
              <w:t>Eyes / face</w:t>
            </w:r>
          </w:p>
        </w:tc>
        <w:tc>
          <w:tcPr>
            <w:tcW w:w="8220" w:type="dxa"/>
            <w:shd w:val="clear" w:color="auto" w:fill="F3EFF7"/>
            <w:vAlign w:val="center"/>
          </w:tcPr>
          <w:p w14:paraId="4F8F6CD0" w14:textId="77777777" w:rsidR="00086061" w:rsidRDefault="00000000">
            <w:r>
              <w:rPr>
                <w:sz w:val="16"/>
              </w:rPr>
              <w:t>Safety glasses or splash goggles/face protection where splashing, spray, drilling or pressurised release is foreseeable.</w:t>
            </w:r>
          </w:p>
        </w:tc>
      </w:tr>
      <w:tr w:rsidR="00086061" w14:paraId="6A1A0169" w14:textId="77777777">
        <w:trPr>
          <w:cantSplit/>
          <w:jc w:val="center"/>
        </w:trPr>
        <w:tc>
          <w:tcPr>
            <w:tcW w:w="2438" w:type="dxa"/>
            <w:vAlign w:val="center"/>
          </w:tcPr>
          <w:p w14:paraId="6F473F89" w14:textId="77777777" w:rsidR="00086061" w:rsidRDefault="00000000">
            <w:r>
              <w:rPr>
                <w:sz w:val="16"/>
              </w:rPr>
              <w:t>Clothing / footwear</w:t>
            </w:r>
          </w:p>
        </w:tc>
        <w:tc>
          <w:tcPr>
            <w:tcW w:w="8220" w:type="dxa"/>
            <w:vAlign w:val="center"/>
          </w:tcPr>
          <w:p w14:paraId="1B5D6C8C" w14:textId="77777777" w:rsidR="00086061" w:rsidRDefault="00000000">
            <w:r>
              <w:rPr>
                <w:sz w:val="16"/>
              </w:rPr>
              <w:t>Suitable work clothing and footwear; use protective coveralls or chemical-resistant clothing where required by the label/SDS.</w:t>
            </w:r>
          </w:p>
        </w:tc>
      </w:tr>
      <w:tr w:rsidR="00086061" w14:paraId="4C747DBC" w14:textId="77777777">
        <w:trPr>
          <w:cantSplit/>
          <w:jc w:val="center"/>
        </w:trPr>
        <w:tc>
          <w:tcPr>
            <w:tcW w:w="2438" w:type="dxa"/>
            <w:shd w:val="clear" w:color="auto" w:fill="F3EFF7"/>
            <w:vAlign w:val="center"/>
          </w:tcPr>
          <w:p w14:paraId="02B50F16" w14:textId="77777777" w:rsidR="00086061" w:rsidRDefault="00000000">
            <w:r>
              <w:rPr>
                <w:sz w:val="16"/>
              </w:rPr>
              <w:t>Respiratory protection</w:t>
            </w:r>
          </w:p>
        </w:tc>
        <w:tc>
          <w:tcPr>
            <w:tcW w:w="8220" w:type="dxa"/>
            <w:shd w:val="clear" w:color="auto" w:fill="F3EFF7"/>
            <w:vAlign w:val="center"/>
          </w:tcPr>
          <w:p w14:paraId="77106EB8" w14:textId="77777777" w:rsidR="00086061" w:rsidRDefault="00000000">
            <w:r>
              <w:rPr>
                <w:sz w:val="16"/>
              </w:rPr>
              <w:t>Not a default control. Where required by the SDS/task assessment, select suitable RPE, provide face-fit testing for tight-fitting masks, training and maintenance.</w:t>
            </w:r>
          </w:p>
        </w:tc>
      </w:tr>
      <w:tr w:rsidR="00086061" w14:paraId="42908CC3" w14:textId="77777777">
        <w:trPr>
          <w:cantSplit/>
          <w:jc w:val="center"/>
        </w:trPr>
        <w:tc>
          <w:tcPr>
            <w:tcW w:w="2438" w:type="dxa"/>
            <w:vAlign w:val="center"/>
          </w:tcPr>
          <w:p w14:paraId="2C086D7D" w14:textId="77777777" w:rsidR="00086061" w:rsidRDefault="00000000">
            <w:r>
              <w:rPr>
                <w:sz w:val="16"/>
              </w:rPr>
              <w:t>Ventilation</w:t>
            </w:r>
          </w:p>
        </w:tc>
        <w:tc>
          <w:tcPr>
            <w:tcW w:w="8220" w:type="dxa"/>
            <w:vAlign w:val="center"/>
          </w:tcPr>
          <w:p w14:paraId="5A5D263B" w14:textId="77777777" w:rsidR="00086061" w:rsidRDefault="00000000">
            <w:r>
              <w:rPr>
                <w:sz w:val="16"/>
              </w:rPr>
              <w:t>Work outdoors or with adequate ventilation. Avoid breathing vapour, mist, spray, aerosol, dust or fumes.</w:t>
            </w:r>
          </w:p>
        </w:tc>
      </w:tr>
    </w:tbl>
    <w:p w14:paraId="3E74DAD3" w14:textId="77777777" w:rsidR="00086061" w:rsidRDefault="00000000">
      <w:pPr>
        <w:pStyle w:val="Heading1"/>
      </w:pPr>
      <w:r>
        <w:lastRenderedPageBreak/>
        <w:t>6. First aid and emergency action</w:t>
      </w:r>
    </w:p>
    <w:tbl>
      <w:tblPr>
        <w:tblStyle w:val="TableGrid"/>
        <w:tblW w:w="0" w:type="auto"/>
        <w:jc w:val="center"/>
        <w:tblLayout w:type="fixed"/>
        <w:tblLook w:val="04A0" w:firstRow="1" w:lastRow="0" w:firstColumn="1" w:lastColumn="0" w:noHBand="0" w:noVBand="1"/>
      </w:tblPr>
      <w:tblGrid>
        <w:gridCol w:w="2268"/>
        <w:gridCol w:w="8391"/>
      </w:tblGrid>
      <w:tr w:rsidR="00086061" w14:paraId="6058CF44" w14:textId="77777777">
        <w:trPr>
          <w:cantSplit/>
          <w:jc w:val="center"/>
        </w:trPr>
        <w:tc>
          <w:tcPr>
            <w:tcW w:w="2268" w:type="dxa"/>
            <w:shd w:val="clear" w:color="auto" w:fill="6B4E8E"/>
            <w:vAlign w:val="center"/>
          </w:tcPr>
          <w:p w14:paraId="23FB9D28" w14:textId="77777777" w:rsidR="00086061" w:rsidRDefault="00000000">
            <w:r>
              <w:rPr>
                <w:b/>
                <w:color w:val="FFFFFF"/>
                <w:sz w:val="16"/>
              </w:rPr>
              <w:t>Exposure / incident</w:t>
            </w:r>
          </w:p>
        </w:tc>
        <w:tc>
          <w:tcPr>
            <w:tcW w:w="8391" w:type="dxa"/>
            <w:shd w:val="clear" w:color="auto" w:fill="6B4E8E"/>
            <w:vAlign w:val="center"/>
          </w:tcPr>
          <w:p w14:paraId="06C8CC78" w14:textId="77777777" w:rsidR="00086061" w:rsidRDefault="00000000">
            <w:r>
              <w:rPr>
                <w:b/>
                <w:color w:val="FFFFFF"/>
                <w:sz w:val="16"/>
              </w:rPr>
              <w:t>Immediate action</w:t>
            </w:r>
          </w:p>
        </w:tc>
      </w:tr>
      <w:tr w:rsidR="00086061" w14:paraId="0716CE4F" w14:textId="77777777">
        <w:trPr>
          <w:cantSplit/>
          <w:jc w:val="center"/>
        </w:trPr>
        <w:tc>
          <w:tcPr>
            <w:tcW w:w="2268" w:type="dxa"/>
            <w:vAlign w:val="center"/>
          </w:tcPr>
          <w:p w14:paraId="4A143BF8" w14:textId="77777777" w:rsidR="00086061" w:rsidRDefault="00000000">
            <w:r>
              <w:rPr>
                <w:sz w:val="16"/>
              </w:rPr>
              <w:t>Skin</w:t>
            </w:r>
          </w:p>
        </w:tc>
        <w:tc>
          <w:tcPr>
            <w:tcW w:w="8391" w:type="dxa"/>
            <w:vAlign w:val="center"/>
          </w:tcPr>
          <w:p w14:paraId="054D71E3" w14:textId="77777777" w:rsidR="00086061" w:rsidRDefault="00000000">
            <w:r>
              <w:rPr>
                <w:sz w:val="16"/>
              </w:rPr>
              <w:t>Remove contaminated clothing. Wash thoroughly with soap and water. Seek medical advice for persistent irritation, burns or other symptoms.</w:t>
            </w:r>
          </w:p>
        </w:tc>
      </w:tr>
      <w:tr w:rsidR="00086061" w14:paraId="7E6185A6" w14:textId="77777777">
        <w:trPr>
          <w:cantSplit/>
          <w:jc w:val="center"/>
        </w:trPr>
        <w:tc>
          <w:tcPr>
            <w:tcW w:w="2268" w:type="dxa"/>
            <w:shd w:val="clear" w:color="auto" w:fill="F3EFF7"/>
            <w:vAlign w:val="center"/>
          </w:tcPr>
          <w:p w14:paraId="10F5730F" w14:textId="77777777" w:rsidR="00086061" w:rsidRDefault="00000000">
            <w:r>
              <w:rPr>
                <w:sz w:val="16"/>
              </w:rPr>
              <w:t>Eyes</w:t>
            </w:r>
          </w:p>
        </w:tc>
        <w:tc>
          <w:tcPr>
            <w:tcW w:w="8391" w:type="dxa"/>
            <w:shd w:val="clear" w:color="auto" w:fill="F3EFF7"/>
            <w:vAlign w:val="center"/>
          </w:tcPr>
          <w:p w14:paraId="334BCF6E" w14:textId="77777777" w:rsidR="00086061" w:rsidRDefault="00000000">
            <w:r>
              <w:rPr>
                <w:sz w:val="16"/>
              </w:rPr>
              <w:t>Rinse cautiously with clean water for at least 10-15 minutes; remove contact lenses if easy. Follow SDS and obtain medical advice where required.</w:t>
            </w:r>
          </w:p>
        </w:tc>
      </w:tr>
      <w:tr w:rsidR="00086061" w14:paraId="5366E729" w14:textId="77777777">
        <w:trPr>
          <w:cantSplit/>
          <w:jc w:val="center"/>
        </w:trPr>
        <w:tc>
          <w:tcPr>
            <w:tcW w:w="2268" w:type="dxa"/>
            <w:vAlign w:val="center"/>
          </w:tcPr>
          <w:p w14:paraId="7E513793" w14:textId="77777777" w:rsidR="00086061" w:rsidRDefault="00000000">
            <w:r>
              <w:rPr>
                <w:sz w:val="16"/>
              </w:rPr>
              <w:t>Inhalation</w:t>
            </w:r>
          </w:p>
        </w:tc>
        <w:tc>
          <w:tcPr>
            <w:tcW w:w="8391" w:type="dxa"/>
            <w:vAlign w:val="center"/>
          </w:tcPr>
          <w:p w14:paraId="0CCDEF6D" w14:textId="77777777" w:rsidR="00086061" w:rsidRDefault="00000000">
            <w:r>
              <w:rPr>
                <w:sz w:val="16"/>
              </w:rPr>
              <w:t>Move to fresh air, keep at rest and monitor. Seek medical advice if unwell; call 999 for breathing difficulty, collapse or severe symptoms.</w:t>
            </w:r>
          </w:p>
        </w:tc>
      </w:tr>
      <w:tr w:rsidR="00086061" w14:paraId="02E5BDFC" w14:textId="77777777">
        <w:trPr>
          <w:cantSplit/>
          <w:jc w:val="center"/>
        </w:trPr>
        <w:tc>
          <w:tcPr>
            <w:tcW w:w="2268" w:type="dxa"/>
            <w:shd w:val="clear" w:color="auto" w:fill="F3EFF7"/>
            <w:vAlign w:val="center"/>
          </w:tcPr>
          <w:p w14:paraId="2DBF036F" w14:textId="77777777" w:rsidR="00086061" w:rsidRDefault="00000000">
            <w:r>
              <w:rPr>
                <w:sz w:val="16"/>
              </w:rPr>
              <w:t>Ingestion</w:t>
            </w:r>
          </w:p>
        </w:tc>
        <w:tc>
          <w:tcPr>
            <w:tcW w:w="8391" w:type="dxa"/>
            <w:shd w:val="clear" w:color="auto" w:fill="F3EFF7"/>
            <w:vAlign w:val="center"/>
          </w:tcPr>
          <w:p w14:paraId="13F3969D" w14:textId="77777777" w:rsidR="00086061" w:rsidRDefault="00000000">
            <w:r>
              <w:rPr>
                <w:sz w:val="16"/>
              </w:rPr>
              <w:t>Do not induce vomiting. Rinse mouth and obtain urgent medical advice. Show the label/SDS.</w:t>
            </w:r>
          </w:p>
        </w:tc>
      </w:tr>
      <w:tr w:rsidR="00086061" w14:paraId="058C23F8" w14:textId="77777777">
        <w:trPr>
          <w:cantSplit/>
          <w:jc w:val="center"/>
        </w:trPr>
        <w:tc>
          <w:tcPr>
            <w:tcW w:w="2268" w:type="dxa"/>
            <w:vAlign w:val="center"/>
          </w:tcPr>
          <w:p w14:paraId="42B621D2" w14:textId="77777777" w:rsidR="00086061" w:rsidRDefault="00000000">
            <w:r>
              <w:rPr>
                <w:sz w:val="16"/>
              </w:rPr>
              <w:t>Spill</w:t>
            </w:r>
          </w:p>
        </w:tc>
        <w:tc>
          <w:tcPr>
            <w:tcW w:w="8391" w:type="dxa"/>
            <w:vAlign w:val="center"/>
          </w:tcPr>
          <w:p w14:paraId="603C54C0" w14:textId="77777777" w:rsidR="00086061" w:rsidRDefault="00000000">
            <w:r>
              <w:rPr>
                <w:sz w:val="16"/>
              </w:rPr>
              <w:t>Stop work, isolate the area and remove ignition sources if safe. Stop the leak without risk, protect drains/water, absorb safely and dispose through an authorised route.</w:t>
            </w:r>
          </w:p>
        </w:tc>
      </w:tr>
      <w:tr w:rsidR="00086061" w14:paraId="67AA7690" w14:textId="77777777">
        <w:trPr>
          <w:cantSplit/>
          <w:jc w:val="center"/>
        </w:trPr>
        <w:tc>
          <w:tcPr>
            <w:tcW w:w="2268" w:type="dxa"/>
            <w:shd w:val="clear" w:color="auto" w:fill="F3EFF7"/>
            <w:vAlign w:val="center"/>
          </w:tcPr>
          <w:p w14:paraId="6C4C88E1" w14:textId="77777777" w:rsidR="00086061" w:rsidRDefault="00000000">
            <w:r>
              <w:rPr>
                <w:sz w:val="16"/>
              </w:rPr>
              <w:t>Fire / serious release</w:t>
            </w:r>
          </w:p>
        </w:tc>
        <w:tc>
          <w:tcPr>
            <w:tcW w:w="8391" w:type="dxa"/>
            <w:shd w:val="clear" w:color="auto" w:fill="F3EFF7"/>
            <w:vAlign w:val="center"/>
          </w:tcPr>
          <w:p w14:paraId="4F2C0AE3" w14:textId="77777777" w:rsidR="00086061" w:rsidRDefault="00000000">
            <w:r>
              <w:rPr>
                <w:sz w:val="16"/>
              </w:rPr>
              <w:t>Raise alarm, evacuate, call 999 and keep upwind. Use an extinguisher only if trained, safe and there is a clear escape route.</w:t>
            </w:r>
          </w:p>
        </w:tc>
      </w:tr>
    </w:tbl>
    <w:p w14:paraId="119352D3" w14:textId="77777777" w:rsidR="00086061" w:rsidRDefault="00000000">
      <w:pPr>
        <w:pStyle w:val="Heading1"/>
      </w:pPr>
      <w:r>
        <w:t>7. Storage, transport and disposal</w:t>
      </w:r>
    </w:p>
    <w:p w14:paraId="5BDD1A54" w14:textId="77777777" w:rsidR="00086061" w:rsidRDefault="00000000">
      <w:pPr>
        <w:pStyle w:val="ListBullet"/>
        <w:ind w:left="340" w:hanging="170"/>
      </w:pPr>
      <w:r>
        <w:t>Store in the original or approved compatible container in a secure, cool, well-ventilated location, segregated as required by the SDS.</w:t>
      </w:r>
    </w:p>
    <w:p w14:paraId="4C47F2C3" w14:textId="77777777" w:rsidR="00086061" w:rsidRDefault="00000000">
      <w:pPr>
        <w:pStyle w:val="ListBullet"/>
        <w:ind w:left="340" w:hanging="170"/>
      </w:pPr>
      <w:r>
        <w:t>Carry upright, capped and secured against movement or damage. Observe transport rules and do not leave hazardous products in a hot vehicle unnecessarily.</w:t>
      </w:r>
    </w:p>
    <w:p w14:paraId="7F391268" w14:textId="77777777" w:rsidR="00086061" w:rsidRDefault="00000000">
      <w:pPr>
        <w:pStyle w:val="ListBullet"/>
        <w:ind w:left="340" w:hanging="170"/>
      </w:pPr>
      <w:r>
        <w:t>Never pour product into drains, onto land or into water. Dispose of surplus, packaging and contaminated absorbent according to the label/SDS and waste requirements.</w:t>
      </w:r>
    </w:p>
    <w:p w14:paraId="4B840B61" w14:textId="77777777" w:rsidR="00086061" w:rsidRDefault="00000000">
      <w:pPr>
        <w:pStyle w:val="ListBullet"/>
        <w:ind w:left="340" w:hanging="170"/>
      </w:pPr>
      <w:r>
        <w:t>Maintain storage inspections and stock control. Assess flammable storage/dispensing under DSEAR where relevant.</w:t>
      </w:r>
    </w:p>
    <w:p w14:paraId="23B55BC9" w14:textId="77777777" w:rsidR="00086061" w:rsidRDefault="00000000">
      <w:pPr>
        <w:pStyle w:val="Heading1"/>
      </w:pPr>
      <w:r>
        <w:t>8. Training, checks and approval</w:t>
      </w:r>
    </w:p>
    <w:tbl>
      <w:tblPr>
        <w:tblStyle w:val="TableGrid"/>
        <w:tblW w:w="10064" w:type="dxa"/>
        <w:jc w:val="center"/>
        <w:tblLayout w:type="fixed"/>
        <w:tblLook w:val="04A0" w:firstRow="1" w:lastRow="0" w:firstColumn="1" w:lastColumn="0" w:noHBand="0" w:noVBand="1"/>
      </w:tblPr>
      <w:tblGrid>
        <w:gridCol w:w="1394"/>
        <w:gridCol w:w="5102"/>
        <w:gridCol w:w="2835"/>
        <w:gridCol w:w="733"/>
      </w:tblGrid>
      <w:tr w:rsidR="00086061" w14:paraId="6EC97508" w14:textId="77777777" w:rsidTr="003955AC">
        <w:trPr>
          <w:cantSplit/>
          <w:jc w:val="center"/>
        </w:trPr>
        <w:tc>
          <w:tcPr>
            <w:tcW w:w="6496" w:type="dxa"/>
            <w:gridSpan w:val="2"/>
            <w:shd w:val="clear" w:color="auto" w:fill="6B4E8E"/>
            <w:vAlign w:val="center"/>
          </w:tcPr>
          <w:p w14:paraId="7F8EF5CC" w14:textId="77777777" w:rsidR="00086061" w:rsidRDefault="00000000">
            <w:r>
              <w:rPr>
                <w:b/>
                <w:color w:val="FFFFFF"/>
                <w:sz w:val="16"/>
              </w:rPr>
              <w:t>Required check</w:t>
            </w:r>
          </w:p>
        </w:tc>
        <w:tc>
          <w:tcPr>
            <w:tcW w:w="3568" w:type="dxa"/>
            <w:gridSpan w:val="2"/>
            <w:shd w:val="clear" w:color="auto" w:fill="6B4E8E"/>
            <w:vAlign w:val="center"/>
          </w:tcPr>
          <w:p w14:paraId="2A7893C3" w14:textId="77777777" w:rsidR="00086061" w:rsidRDefault="00000000">
            <w:r>
              <w:rPr>
                <w:b/>
                <w:color w:val="FFFFFF"/>
                <w:sz w:val="16"/>
              </w:rPr>
              <w:t>Record</w:t>
            </w:r>
          </w:p>
        </w:tc>
      </w:tr>
      <w:tr w:rsidR="00086061" w14:paraId="0D1B1F6E" w14:textId="77777777" w:rsidTr="003955AC">
        <w:trPr>
          <w:cantSplit/>
          <w:jc w:val="center"/>
        </w:trPr>
        <w:tc>
          <w:tcPr>
            <w:tcW w:w="6496" w:type="dxa"/>
            <w:gridSpan w:val="2"/>
            <w:vAlign w:val="center"/>
          </w:tcPr>
          <w:p w14:paraId="419BA1E7" w14:textId="77777777" w:rsidR="00086061" w:rsidRDefault="00000000">
            <w:r>
              <w:rPr>
                <w:sz w:val="16"/>
              </w:rPr>
              <w:t>Current product SDS/label attached and accessible</w:t>
            </w:r>
          </w:p>
        </w:tc>
        <w:tc>
          <w:tcPr>
            <w:tcW w:w="3568" w:type="dxa"/>
            <w:gridSpan w:val="2"/>
            <w:vAlign w:val="center"/>
          </w:tcPr>
          <w:p w14:paraId="0A9EE746" w14:textId="77777777" w:rsidR="00086061" w:rsidRPr="003955AC" w:rsidRDefault="00000000">
            <w:pPr>
              <w:rPr>
                <w:color w:val="EE0000"/>
              </w:rPr>
            </w:pPr>
            <w:r w:rsidRPr="003955AC">
              <w:rPr>
                <w:color w:val="EE0000"/>
                <w:sz w:val="16"/>
              </w:rPr>
              <w:t>Yes / No</w:t>
            </w:r>
          </w:p>
        </w:tc>
      </w:tr>
      <w:tr w:rsidR="00086061" w14:paraId="40BCC0A9" w14:textId="77777777" w:rsidTr="003955AC">
        <w:trPr>
          <w:cantSplit/>
          <w:jc w:val="center"/>
        </w:trPr>
        <w:tc>
          <w:tcPr>
            <w:tcW w:w="6496" w:type="dxa"/>
            <w:gridSpan w:val="2"/>
            <w:shd w:val="clear" w:color="auto" w:fill="F3EFF7"/>
            <w:vAlign w:val="center"/>
          </w:tcPr>
          <w:p w14:paraId="64917EDF" w14:textId="77777777" w:rsidR="00086061" w:rsidRDefault="00000000">
            <w:r>
              <w:rPr>
                <w:sz w:val="16"/>
              </w:rPr>
              <w:t>Workers trained/briefed and authorised for the task</w:t>
            </w:r>
          </w:p>
        </w:tc>
        <w:tc>
          <w:tcPr>
            <w:tcW w:w="3568" w:type="dxa"/>
            <w:gridSpan w:val="2"/>
            <w:shd w:val="clear" w:color="auto" w:fill="F3EFF7"/>
            <w:vAlign w:val="center"/>
          </w:tcPr>
          <w:p w14:paraId="3CBD2EE4" w14:textId="77777777" w:rsidR="00086061" w:rsidRPr="003955AC" w:rsidRDefault="00000000">
            <w:pPr>
              <w:rPr>
                <w:color w:val="EE0000"/>
              </w:rPr>
            </w:pPr>
            <w:r w:rsidRPr="003955AC">
              <w:rPr>
                <w:color w:val="EE0000"/>
                <w:sz w:val="16"/>
              </w:rPr>
              <w:t>Yes / No</w:t>
            </w:r>
          </w:p>
        </w:tc>
      </w:tr>
      <w:tr w:rsidR="00086061" w14:paraId="727C8929" w14:textId="77777777" w:rsidTr="003955AC">
        <w:trPr>
          <w:cantSplit/>
          <w:jc w:val="center"/>
        </w:trPr>
        <w:tc>
          <w:tcPr>
            <w:tcW w:w="6496" w:type="dxa"/>
            <w:gridSpan w:val="2"/>
            <w:vAlign w:val="center"/>
          </w:tcPr>
          <w:p w14:paraId="2437F973" w14:textId="77777777" w:rsidR="00086061" w:rsidRDefault="00000000">
            <w:r>
              <w:rPr>
                <w:sz w:val="16"/>
              </w:rPr>
              <w:t>Containers, equipment, spill kit and PPE checked</w:t>
            </w:r>
          </w:p>
        </w:tc>
        <w:tc>
          <w:tcPr>
            <w:tcW w:w="3568" w:type="dxa"/>
            <w:gridSpan w:val="2"/>
            <w:vAlign w:val="center"/>
          </w:tcPr>
          <w:p w14:paraId="12697364" w14:textId="77777777" w:rsidR="00086061" w:rsidRPr="003955AC" w:rsidRDefault="00000000">
            <w:pPr>
              <w:rPr>
                <w:color w:val="EE0000"/>
              </w:rPr>
            </w:pPr>
            <w:r w:rsidRPr="003955AC">
              <w:rPr>
                <w:color w:val="EE0000"/>
                <w:sz w:val="16"/>
              </w:rPr>
              <w:t>Yes / No</w:t>
            </w:r>
          </w:p>
        </w:tc>
      </w:tr>
      <w:tr w:rsidR="00086061" w14:paraId="0B421F2D" w14:textId="77777777" w:rsidTr="003955AC">
        <w:trPr>
          <w:cantSplit/>
          <w:jc w:val="center"/>
        </w:trPr>
        <w:tc>
          <w:tcPr>
            <w:tcW w:w="6496" w:type="dxa"/>
            <w:gridSpan w:val="2"/>
            <w:shd w:val="clear" w:color="auto" w:fill="F3EFF7"/>
            <w:vAlign w:val="center"/>
          </w:tcPr>
          <w:p w14:paraId="2EA6CED3" w14:textId="77777777" w:rsidR="00086061" w:rsidRDefault="00000000">
            <w:r>
              <w:rPr>
                <w:sz w:val="16"/>
              </w:rPr>
              <w:t>Site/environmental controls recorded in SSRA</w:t>
            </w:r>
          </w:p>
        </w:tc>
        <w:tc>
          <w:tcPr>
            <w:tcW w:w="3568" w:type="dxa"/>
            <w:gridSpan w:val="2"/>
            <w:shd w:val="clear" w:color="auto" w:fill="F3EFF7"/>
            <w:vAlign w:val="center"/>
          </w:tcPr>
          <w:p w14:paraId="505941E7" w14:textId="77777777" w:rsidR="00086061" w:rsidRPr="003955AC" w:rsidRDefault="00000000">
            <w:pPr>
              <w:rPr>
                <w:color w:val="EE0000"/>
              </w:rPr>
            </w:pPr>
            <w:r w:rsidRPr="003955AC">
              <w:rPr>
                <w:color w:val="EE0000"/>
                <w:sz w:val="16"/>
              </w:rPr>
              <w:t>Yes / No / N/A</w:t>
            </w:r>
          </w:p>
        </w:tc>
      </w:tr>
      <w:tr w:rsidR="00086061" w14:paraId="2D04BF94" w14:textId="77777777" w:rsidTr="003955AC">
        <w:trPr>
          <w:cantSplit/>
          <w:jc w:val="center"/>
        </w:trPr>
        <w:tc>
          <w:tcPr>
            <w:tcW w:w="6496" w:type="dxa"/>
            <w:gridSpan w:val="2"/>
            <w:vAlign w:val="center"/>
          </w:tcPr>
          <w:p w14:paraId="02B2B62D" w14:textId="77777777" w:rsidR="00086061" w:rsidRDefault="00000000">
            <w:r>
              <w:rPr>
                <w:sz w:val="16"/>
              </w:rPr>
              <w:t>Additional statutory competence/authorisation confirmed</w:t>
            </w:r>
          </w:p>
        </w:tc>
        <w:tc>
          <w:tcPr>
            <w:tcW w:w="3568" w:type="dxa"/>
            <w:gridSpan w:val="2"/>
            <w:vAlign w:val="center"/>
          </w:tcPr>
          <w:p w14:paraId="1D039200" w14:textId="77777777" w:rsidR="00086061" w:rsidRPr="003955AC" w:rsidRDefault="00000000">
            <w:pPr>
              <w:rPr>
                <w:color w:val="EE0000"/>
              </w:rPr>
            </w:pPr>
            <w:r w:rsidRPr="003955AC">
              <w:rPr>
                <w:color w:val="EE0000"/>
                <w:sz w:val="16"/>
              </w:rPr>
              <w:t>Yes / No / N/A</w:t>
            </w:r>
          </w:p>
        </w:tc>
      </w:tr>
      <w:tr w:rsidR="00086061" w14:paraId="26E29A14" w14:textId="77777777" w:rsidTr="003955AC">
        <w:trPr>
          <w:cantSplit/>
          <w:jc w:val="center"/>
        </w:trPr>
        <w:tc>
          <w:tcPr>
            <w:tcW w:w="1394" w:type="dxa"/>
            <w:shd w:val="clear" w:color="auto" w:fill="6B4E8E"/>
            <w:vAlign w:val="center"/>
          </w:tcPr>
          <w:p w14:paraId="2A365660" w14:textId="77777777" w:rsidR="00086061" w:rsidRDefault="00000000">
            <w:r>
              <w:rPr>
                <w:b/>
                <w:color w:val="FFFFFF"/>
                <w:sz w:val="16"/>
              </w:rPr>
              <w:t>Role</w:t>
            </w:r>
          </w:p>
        </w:tc>
        <w:tc>
          <w:tcPr>
            <w:tcW w:w="5102" w:type="dxa"/>
            <w:shd w:val="clear" w:color="auto" w:fill="6B4E8E"/>
            <w:vAlign w:val="center"/>
          </w:tcPr>
          <w:p w14:paraId="019C70E7" w14:textId="77777777" w:rsidR="00086061" w:rsidRDefault="00000000">
            <w:r>
              <w:rPr>
                <w:b/>
                <w:color w:val="FFFFFF"/>
                <w:sz w:val="16"/>
              </w:rPr>
              <w:t>Name</w:t>
            </w:r>
          </w:p>
        </w:tc>
        <w:tc>
          <w:tcPr>
            <w:tcW w:w="2835" w:type="dxa"/>
            <w:shd w:val="clear" w:color="auto" w:fill="6B4E8E"/>
            <w:vAlign w:val="center"/>
          </w:tcPr>
          <w:p w14:paraId="69A40117" w14:textId="77777777" w:rsidR="00086061" w:rsidRDefault="00000000">
            <w:r>
              <w:rPr>
                <w:b/>
                <w:color w:val="FFFFFF"/>
                <w:sz w:val="16"/>
              </w:rPr>
              <w:t>Signature</w:t>
            </w:r>
          </w:p>
        </w:tc>
        <w:tc>
          <w:tcPr>
            <w:tcW w:w="733" w:type="dxa"/>
            <w:shd w:val="clear" w:color="auto" w:fill="6B4E8E"/>
            <w:vAlign w:val="center"/>
          </w:tcPr>
          <w:p w14:paraId="53CAD1E1" w14:textId="77777777" w:rsidR="00086061" w:rsidRDefault="00000000">
            <w:r>
              <w:rPr>
                <w:b/>
                <w:color w:val="FFFFFF"/>
                <w:sz w:val="16"/>
              </w:rPr>
              <w:t>Date</w:t>
            </w:r>
          </w:p>
        </w:tc>
      </w:tr>
      <w:tr w:rsidR="00086061" w14:paraId="1931CA30" w14:textId="77777777" w:rsidTr="003955AC">
        <w:trPr>
          <w:cantSplit/>
          <w:jc w:val="center"/>
        </w:trPr>
        <w:tc>
          <w:tcPr>
            <w:tcW w:w="1394" w:type="dxa"/>
            <w:vAlign w:val="center"/>
          </w:tcPr>
          <w:p w14:paraId="5E3DB5F9" w14:textId="77777777" w:rsidR="00086061" w:rsidRPr="003955AC" w:rsidRDefault="00000000">
            <w:pPr>
              <w:rPr>
                <w:color w:val="EE0000"/>
              </w:rPr>
            </w:pPr>
            <w:r w:rsidRPr="003955AC">
              <w:rPr>
                <w:color w:val="EE0000"/>
                <w:sz w:val="16"/>
              </w:rPr>
              <w:t>Assessor</w:t>
            </w:r>
          </w:p>
        </w:tc>
        <w:tc>
          <w:tcPr>
            <w:tcW w:w="5102" w:type="dxa"/>
            <w:vAlign w:val="center"/>
          </w:tcPr>
          <w:p w14:paraId="007B00F4" w14:textId="77777777" w:rsidR="00086061" w:rsidRDefault="00086061"/>
        </w:tc>
        <w:tc>
          <w:tcPr>
            <w:tcW w:w="2835" w:type="dxa"/>
            <w:vAlign w:val="center"/>
          </w:tcPr>
          <w:p w14:paraId="09E04EE9" w14:textId="77777777" w:rsidR="00086061" w:rsidRDefault="00086061"/>
        </w:tc>
        <w:tc>
          <w:tcPr>
            <w:tcW w:w="733" w:type="dxa"/>
            <w:vAlign w:val="center"/>
          </w:tcPr>
          <w:p w14:paraId="7D3FF1F2" w14:textId="77777777" w:rsidR="00086061" w:rsidRDefault="00086061"/>
        </w:tc>
      </w:tr>
      <w:tr w:rsidR="00086061" w14:paraId="5A2CFD3F" w14:textId="77777777" w:rsidTr="003955AC">
        <w:trPr>
          <w:cantSplit/>
          <w:jc w:val="center"/>
        </w:trPr>
        <w:tc>
          <w:tcPr>
            <w:tcW w:w="1394" w:type="dxa"/>
            <w:shd w:val="clear" w:color="auto" w:fill="F3EFF7"/>
            <w:vAlign w:val="center"/>
          </w:tcPr>
          <w:p w14:paraId="2626597F" w14:textId="77777777" w:rsidR="00086061" w:rsidRPr="003955AC" w:rsidRDefault="00000000">
            <w:pPr>
              <w:rPr>
                <w:color w:val="EE0000"/>
              </w:rPr>
            </w:pPr>
            <w:r w:rsidRPr="003955AC">
              <w:rPr>
                <w:color w:val="EE0000"/>
                <w:sz w:val="16"/>
              </w:rPr>
              <w:t>Approved by</w:t>
            </w:r>
          </w:p>
        </w:tc>
        <w:tc>
          <w:tcPr>
            <w:tcW w:w="5102" w:type="dxa"/>
            <w:shd w:val="clear" w:color="auto" w:fill="F3EFF7"/>
            <w:vAlign w:val="center"/>
          </w:tcPr>
          <w:p w14:paraId="2844309C" w14:textId="77777777" w:rsidR="00086061" w:rsidRDefault="00086061"/>
        </w:tc>
        <w:tc>
          <w:tcPr>
            <w:tcW w:w="2835" w:type="dxa"/>
            <w:shd w:val="clear" w:color="auto" w:fill="F3EFF7"/>
            <w:vAlign w:val="center"/>
          </w:tcPr>
          <w:p w14:paraId="5B09917C" w14:textId="77777777" w:rsidR="00086061" w:rsidRDefault="00086061"/>
        </w:tc>
        <w:tc>
          <w:tcPr>
            <w:tcW w:w="733" w:type="dxa"/>
            <w:shd w:val="clear" w:color="auto" w:fill="F3EFF7"/>
            <w:vAlign w:val="center"/>
          </w:tcPr>
          <w:p w14:paraId="191F2076" w14:textId="77777777" w:rsidR="00086061" w:rsidRDefault="00086061"/>
        </w:tc>
      </w:tr>
    </w:tbl>
    <w:p w14:paraId="1E450A83" w14:textId="77777777" w:rsidR="003955AC" w:rsidRDefault="003955AC"/>
    <w:p w14:paraId="0AFC4470" w14:textId="5BA32EBE" w:rsidR="00086061" w:rsidRDefault="00000000">
      <w:r>
        <w:t>Review at least annually and sooner after an SDS/product change, incident, ill-health report, significant task/storage change, or evidence that controls are ineffective.</w:t>
      </w:r>
    </w:p>
    <w:sectPr w:rsidR="00086061" w:rsidSect="00034616">
      <w:headerReference w:type="default" r:id="rId11"/>
      <w:footerReference w:type="default" r:id="rId12"/>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05106B" w14:textId="77777777" w:rsidR="00014881" w:rsidRDefault="00014881" w:rsidP="00D555DF">
      <w:pPr>
        <w:spacing w:after="0" w:line="240" w:lineRule="auto"/>
      </w:pPr>
      <w:r>
        <w:separator/>
      </w:r>
    </w:p>
  </w:endnote>
  <w:endnote w:type="continuationSeparator" w:id="0">
    <w:p w14:paraId="2E6D38D4" w14:textId="77777777" w:rsidR="00014881" w:rsidRDefault="00014881" w:rsidP="00D55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4DF3F4" w14:textId="77777777" w:rsidR="00D555DF" w:rsidRPr="00D555DF" w:rsidRDefault="00D555DF">
    <w:pPr>
      <w:pStyle w:val="Footer"/>
      <w:rPr>
        <w:rFonts w:ascii="Aptos Display" w:hAnsi="Aptos Display"/>
        <w:color w:val="FF0000"/>
        <w:sz w:val="16"/>
        <w:szCs w:val="16"/>
      </w:rPr>
    </w:pPr>
    <w:r w:rsidRPr="0014362F">
      <w:rPr>
        <w:rFonts w:ascii="Aptos Display" w:hAnsi="Aptos Display"/>
        <w:color w:val="FF0000"/>
        <w:sz w:val="16"/>
        <w:szCs w:val="16"/>
      </w:rPr>
      <w:t>[COMPANY NAME]</w:t>
    </w:r>
    <w:r>
      <w:rPr>
        <w:rFonts w:ascii="Aptos Display" w:hAnsi="Aptos Display"/>
        <w:color w:val="FF0000"/>
        <w:sz w:val="16"/>
        <w:szCs w:val="16"/>
      </w:rPr>
      <w:t xml:space="preserve"> </w:t>
    </w:r>
    <w:r w:rsidRPr="0014362F">
      <w:rPr>
        <w:rFonts w:ascii="Aptos Display" w:hAnsi="Aptos Display"/>
        <w:color w:val="FF0000"/>
        <w:sz w:val="16"/>
        <w:szCs w:val="16"/>
      </w:rPr>
      <w:t xml:space="preserve">– </w:t>
    </w:r>
    <w:r>
      <w:rPr>
        <w:rFonts w:ascii="Aptos Display" w:hAnsi="Aptos Display"/>
        <w:color w:val="FF0000"/>
        <w:sz w:val="16"/>
        <w:szCs w:val="16"/>
      </w:rPr>
      <w:t xml:space="preserve">COSHH Sprayed Herbicide (Generic) - </w:t>
    </w:r>
    <w:r w:rsidRPr="0014362F">
      <w:rPr>
        <w:rFonts w:ascii="Aptos Display" w:hAnsi="Aptos Display"/>
        <w:color w:val="FF0000"/>
        <w:sz w:val="16"/>
        <w:szCs w:val="16"/>
      </w:rPr>
      <w:t>ARB-</w:t>
    </w:r>
    <w:r>
      <w:rPr>
        <w:rFonts w:ascii="Aptos Display" w:hAnsi="Aptos Display"/>
        <w:color w:val="FF0000"/>
        <w:sz w:val="16"/>
        <w:szCs w:val="16"/>
      </w:rPr>
      <w:t>COSHH</w:t>
    </w:r>
    <w:r w:rsidRPr="0014362F">
      <w:rPr>
        <w:rFonts w:ascii="Aptos Display" w:hAnsi="Aptos Display"/>
        <w:color w:val="FF0000"/>
        <w:sz w:val="16"/>
        <w:szCs w:val="16"/>
      </w:rPr>
      <w:t>-</w:t>
    </w:r>
    <w:r>
      <w:rPr>
        <w:rFonts w:ascii="Aptos Display" w:hAnsi="Aptos Display"/>
        <w:color w:val="FF0000"/>
        <w:sz w:val="16"/>
        <w:szCs w:val="16"/>
      </w:rPr>
      <w:t>10</w:t>
    </w:r>
    <w:r w:rsidRPr="0014362F">
      <w:rPr>
        <w:rFonts w:ascii="Aptos Display" w:hAnsi="Aptos Display"/>
        <w:color w:val="FF0000"/>
        <w:sz w:val="16"/>
        <w:szCs w:val="16"/>
      </w:rPr>
      <w:br/>
      <w:t>Version: [</w:t>
    </w:r>
    <w:proofErr w:type="gramStart"/>
    <w:r w:rsidRPr="0014362F">
      <w:rPr>
        <w:rFonts w:ascii="Aptos Display" w:hAnsi="Aptos Display"/>
        <w:color w:val="FF0000"/>
        <w:sz w:val="16"/>
        <w:szCs w:val="16"/>
      </w:rPr>
      <w:t xml:space="preserve">VERSION]   </w:t>
    </w:r>
    <w:proofErr w:type="gramEnd"/>
    <w:r w:rsidRPr="0014362F">
      <w:rPr>
        <w:rFonts w:ascii="Aptos Display" w:hAnsi="Aptos Display"/>
        <w:color w:val="FF0000"/>
        <w:sz w:val="16"/>
        <w:szCs w:val="16"/>
      </w:rPr>
      <w:t>Date Issued: [</w:t>
    </w:r>
    <w:proofErr w:type="gramStart"/>
    <w:r w:rsidRPr="0014362F">
      <w:rPr>
        <w:rFonts w:ascii="Aptos Display" w:hAnsi="Aptos Display"/>
        <w:color w:val="FF0000"/>
        <w:sz w:val="16"/>
        <w:szCs w:val="16"/>
      </w:rPr>
      <w:t xml:space="preserve">DATE]   </w:t>
    </w:r>
    <w:proofErr w:type="gramEnd"/>
    <w:r w:rsidRPr="0014362F">
      <w:rPr>
        <w:rFonts w:ascii="Aptos Display" w:hAnsi="Aptos Display"/>
        <w:color w:val="FF0000"/>
        <w:sz w:val="16"/>
        <w:szCs w:val="16"/>
      </w:rPr>
      <w:t>Review Date: [REVIEW DATE]</w:t>
    </w:r>
    <w:r w:rsidRPr="0014362F">
      <w:rPr>
        <w:rFonts w:ascii="Aptos Display" w:hAnsi="Aptos Display"/>
        <w:color w:val="FF0000"/>
        <w:sz w:val="16"/>
        <w:szCs w:val="16"/>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5122D5" w14:textId="77777777" w:rsidR="00014881" w:rsidRDefault="00014881" w:rsidP="00D555DF">
      <w:pPr>
        <w:spacing w:after="0" w:line="240" w:lineRule="auto"/>
      </w:pPr>
      <w:r>
        <w:separator/>
      </w:r>
    </w:p>
  </w:footnote>
  <w:footnote w:type="continuationSeparator" w:id="0">
    <w:p w14:paraId="50E01374" w14:textId="77777777" w:rsidR="00014881" w:rsidRDefault="00014881" w:rsidP="00D55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071592" w14:textId="77777777" w:rsidR="00D555DF" w:rsidRPr="005C6FD1" w:rsidRDefault="00D555DF" w:rsidP="00D555DF">
    <w:pPr>
      <w:rPr>
        <w:rFonts w:ascii="Aptos Display" w:hAnsi="Aptos Display"/>
        <w:color w:val="FF0000"/>
        <w:sz w:val="20"/>
        <w:szCs w:val="20"/>
        <w:lang w:val="en-GB"/>
      </w:rPr>
    </w:pPr>
    <w:r w:rsidRPr="00050C85">
      <w:rPr>
        <w:rFonts w:ascii="Aptos Display" w:hAnsi="Aptos Display"/>
        <w:color w:val="FF0000"/>
        <w:sz w:val="20"/>
        <w:szCs w:val="20"/>
      </w:rPr>
      <w:t>LOGO [Insert Company Logo Here]</w:t>
    </w:r>
  </w:p>
  <w:p w14:paraId="3DD3561C" w14:textId="77777777" w:rsidR="00D555DF" w:rsidRDefault="00D555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600333">
    <w:abstractNumId w:val="8"/>
  </w:num>
  <w:num w:numId="2" w16cid:durableId="6568564">
    <w:abstractNumId w:val="6"/>
  </w:num>
  <w:num w:numId="3" w16cid:durableId="1324549807">
    <w:abstractNumId w:val="5"/>
  </w:num>
  <w:num w:numId="4" w16cid:durableId="1773091461">
    <w:abstractNumId w:val="4"/>
  </w:num>
  <w:num w:numId="5" w16cid:durableId="386684922">
    <w:abstractNumId w:val="7"/>
  </w:num>
  <w:num w:numId="6" w16cid:durableId="1770422178">
    <w:abstractNumId w:val="3"/>
  </w:num>
  <w:num w:numId="7" w16cid:durableId="1293629887">
    <w:abstractNumId w:val="2"/>
  </w:num>
  <w:num w:numId="8" w16cid:durableId="161245290">
    <w:abstractNumId w:val="1"/>
  </w:num>
  <w:num w:numId="9" w16cid:durableId="20577728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881"/>
    <w:rsid w:val="00034616"/>
    <w:rsid w:val="0006063C"/>
    <w:rsid w:val="00074CF5"/>
    <w:rsid w:val="00086061"/>
    <w:rsid w:val="001007C7"/>
    <w:rsid w:val="0015074B"/>
    <w:rsid w:val="00223A29"/>
    <w:rsid w:val="002725DE"/>
    <w:rsid w:val="0029639D"/>
    <w:rsid w:val="00326F90"/>
    <w:rsid w:val="003955AC"/>
    <w:rsid w:val="00AA1D8D"/>
    <w:rsid w:val="00B47730"/>
    <w:rsid w:val="00CB0664"/>
    <w:rsid w:val="00D555D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C54693"/>
  <w14:defaultImageDpi w14:val="300"/>
  <w15:docId w15:val="{B2436AA2-0B9D-524A-89A4-8AA05A04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color w:val="3A2E42"/>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5C3566"/>
      <w:sz w:val="25"/>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6B4E8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891</Words>
  <Characters>5459</Characters>
  <Application>Microsoft Office Word</Application>
  <DocSecurity>0</DocSecurity>
  <Lines>155</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3</cp:revision>
  <dcterms:created xsi:type="dcterms:W3CDTF">2026-01-31T16:01:00Z</dcterms:created>
  <dcterms:modified xsi:type="dcterms:W3CDTF">2026-09-15T13:02:00Z</dcterms:modified>
  <cp:category/>
</cp:coreProperties>
</file>